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23D7D"/>
          <w:sz w:val="17"/>
        </w:rPr>
        <w:t>MODELO EDITÁVEL. Adapte ao produto utilizado (siga a bula do fabricante), ao seu conselho (CFO ou CFM) e revise com o seu assessor jurídico antes de usar. Apague este aviso.</w:t>
      </w:r>
    </w:p>
    <w:p>
      <w:r>
        <w:rPr>
          <w:b/>
          <w:sz w:val="30"/>
        </w:rPr>
        <w:t>Ficha de anamnese para harmonização facial</w:t>
      </w:r>
    </w:p>
    <w:p>
      <w:r>
        <w:rPr>
          <w:color w:val="787282"/>
          <w:sz w:val="19"/>
        </w:rPr>
        <w:t>Preencha antes da avaliação. As informações são sigilosas e fazem parte do prontuário.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IDENTIFICAÇÃO</w:t>
      </w:r>
    </w:p>
    <w:p>
      <w:r>
        <w:rPr>
          <w:b/>
        </w:rPr>
        <w:t xml:space="preserve">Paciente: </w:t>
      </w:r>
      <w:r>
        <w:t>______________________________________________________________________</w:t>
      </w:r>
    </w:p>
    <w:p>
      <w:r>
        <w:rPr>
          <w:b/>
        </w:rPr>
        <w:t xml:space="preserve">CPF: </w:t>
      </w:r>
      <w:r>
        <w:t>___________________________________________________________________________</w:t>
      </w:r>
    </w:p>
    <w:p>
      <w:r>
        <w:rPr>
          <w:b/>
        </w:rPr>
        <w:t xml:space="preserve">Data de nascimento: </w:t>
      </w:r>
      <w:r>
        <w:t>____________________________________________________________</w:t>
      </w:r>
    </w:p>
    <w:p>
      <w:r>
        <w:rPr>
          <w:b/>
        </w:rPr>
        <w:t xml:space="preserve">Telefone: </w:t>
      </w:r>
      <w:r>
        <w:t>______________________________________________________________________</w:t>
      </w:r>
    </w:p>
    <w:p>
      <w:r>
        <w:rPr>
          <w:b/>
        </w:rPr>
        <w:t xml:space="preserve">Responsável legal (se menor ou incapaz): </w:t>
      </w:r>
      <w:r>
        <w:t>_______________________________________</w:t>
      </w:r>
    </w:p>
    <w:p>
      <w:r>
        <w:rPr>
          <w:b/>
        </w:rPr>
        <w:t xml:space="preserve">Profissional responsável: </w:t>
      </w:r>
      <w:r>
        <w:t>______________________________________________________</w:t>
      </w:r>
    </w:p>
    <w:p>
      <w:r>
        <w:rPr>
          <w:b/>
        </w:rPr>
        <w:t xml:space="preserve">Conselho e número (CRO ou CRM): </w:t>
      </w:r>
      <w:r>
        <w:t>________________________________________________</w:t>
      </w:r>
    </w:p>
    <w:p>
      <w:r>
        <w:rPr>
          <w:b/>
        </w:rPr>
        <w:t xml:space="preserve">E-mail: </w:t>
      </w:r>
      <w:r>
        <w:t>________________________________________________________________________</w:t>
      </w:r>
    </w:p>
    <w:p>
      <w:r>
        <w:rPr>
          <w:b/>
        </w:rPr>
        <w:t xml:space="preserve">Como conheceu a clínica: </w:t>
      </w:r>
      <w:r>
        <w:t>_______________________________________________________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QUEIXA E EXPECTATIVA</w:t>
      </w:r>
    </w:p>
    <w:p>
      <w:r>
        <w:rPr>
          <w:b/>
        </w:rPr>
        <w:t xml:space="preserve">O que mais te incomoda no rosto hoje: </w:t>
      </w:r>
      <w:r>
        <w:t>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 xml:space="preserve">Que resultado você espera: </w:t>
      </w:r>
      <w:r>
        <w:t>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 xml:space="preserve">Tem algum evento ou data importante: </w:t>
      </w:r>
      <w:r>
        <w:t>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PROCEDIMENTOS ESTÉTICOS ANTERIORES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4535"/>
          </w:tcPr>
          <w:p>
            <w:r/>
            <w:r>
              <w:rPr>
                <w:b/>
                <w:sz w:val="18"/>
              </w:rPr>
              <w:t>Pergunta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8"/>
              </w:rPr>
              <w:t>Sim / Não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18"/>
              </w:rPr>
              <w:t>Se sim, qual / quando</w:t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aplicou toxina botulínica?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fez preenchimento (ácido hialurônico)?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fez preenchimento permanente (PMMA, silicone)?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aplicou bioestimulador de colágeno?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fez fios de sustentação?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fez peeling, laser ou microagulhamento?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teve alguma reação ou complicação em procedimento estético?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Já fez cirurgia plástica no rosto?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</w:tbl>
    <w:p>
      <w:r>
        <w:t>Para cada “sim”, informe quando, onde e, se souber, qual produto.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SAÚDE GERAL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4535"/>
          </w:tcPr>
          <w:p>
            <w:r/>
            <w:r>
              <w:rPr>
                <w:b/>
                <w:sz w:val="18"/>
              </w:rPr>
              <w:t>Pergunta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8"/>
              </w:rPr>
              <w:t>Sim / Não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18"/>
              </w:rPr>
              <w:t>Se sim, qual / quando</w:t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Está grávida ou amamentando?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Tem alergia a medicamento, anestésico, látex ou cosmético?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Usa algum medicamento contínuo?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Usa anticoagulante, AAS ou anti-inflamatório com frequência?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Tem doença autoimune (lúpus, artrite reumatoide etc.)?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Tem doença neuromuscular (como miastenia)?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Tem diabetes, hipertensão ou problema cardíaco?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Tem problema de coagulação ou sangra com facilidade?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Tem herpes labial recorrente?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Tem tendência a queloide ou cicatriz alta?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Está em tratamento dermatológico ou usa ácidos na pele?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Fez tratamento odontológico recente ou tem algum marcado?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</w:tbl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HÁBITOS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4535"/>
          </w:tcPr>
          <w:p>
            <w:r/>
            <w:r>
              <w:rPr>
                <w:b/>
                <w:sz w:val="18"/>
              </w:rPr>
              <w:t>Pergunta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18"/>
              </w:rPr>
              <w:t>Sim / Não</w:t>
            </w:r>
          </w:p>
        </w:tc>
        <w:tc>
          <w:tcPr>
            <w:tcW w:type="dxa" w:w="3118"/>
          </w:tcPr>
          <w:p>
            <w:r/>
            <w:r>
              <w:rPr>
                <w:b/>
                <w:sz w:val="18"/>
              </w:rPr>
              <w:t>Se sim, qual / quando</w:t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Fuma?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Consome bebida alcoólica com frequência?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Se expõe muito ao sol?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4535"/>
          </w:tcPr>
          <w:p>
            <w:r>
              <w:rPr>
                <w:sz w:val="18"/>
              </w:rPr>
              <w:t>Pratica atividade física intensa?</w:t>
            </w:r>
          </w:p>
        </w:tc>
        <w:tc>
          <w:tcPr>
            <w:tcW w:type="dxa" w:w="1814"/>
          </w:tcPr>
          <w:p>
            <w:r>
              <w:rPr>
                <w:sz w:val="18"/>
              </w:rPr>
              <w:t>(  ) Sim   (  ) Não</w:t>
            </w:r>
          </w:p>
        </w:tc>
        <w:tc>
          <w:tcPr>
            <w:tcW w:type="dxa" w:w="3118"/>
          </w:tcPr>
          <w:p>
            <w:r>
              <w:rPr>
                <w:sz w:val="18"/>
              </w:rPr>
            </w:r>
          </w:p>
        </w:tc>
      </w:tr>
    </w:tbl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AVALIAÇÃO DO PROFISSIONAL (NÃO PREENCHER)</w:t>
      </w:r>
    </w:p>
    <w:p>
      <w:r>
        <w:rPr>
          <w:b/>
        </w:rPr>
        <w:t xml:space="preserve">Achados da avaliação facial: </w:t>
      </w:r>
      <w:r>
        <w:t>___________________________________________________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 xml:space="preserve">Fotos padronizadas realizadas (frente, perfis, oblíquas, repouso e expressão): </w:t>
      </w:r>
      <w:r>
        <w:t>__________</w:t>
      </w:r>
    </w:p>
    <w:p>
      <w:r>
        <w:rPr>
          <w:b/>
        </w:rPr>
        <w:t xml:space="preserve">Plano proposto: procedimento, regiões e quantidade: </w:t>
      </w:r>
      <w:r>
        <w:t>____________________________</w:t>
      </w:r>
    </w:p>
    <w:p>
      <w:r>
        <w:t>________________________________________________________________________________________</w:t>
      </w:r>
    </w:p>
    <w:p>
      <w:r>
        <w:t>________________________________________________________________________________________</w:t>
      </w:r>
    </w:p>
    <w:p>
      <w:r>
        <w:rPr>
          <w:b/>
        </w:rPr>
        <w:t xml:space="preserve">Alternativas apresentadas: </w:t>
      </w:r>
      <w:r>
        <w:t>_____________________________________________________</w:t>
      </w:r>
    </w:p>
    <w:p>
      <w:r>
        <w:rPr>
          <w:b/>
        </w:rPr>
        <w:t xml:space="preserve">Termo de consentimento entregue e assinado (data): </w:t>
      </w:r>
      <w:r>
        <w:t>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DECLARAÇÃO</w:t>
      </w:r>
    </w:p>
    <w:p>
      <w:r>
        <w:t>Declaro que as informações acima são verdadeiras e completas. Comprometo-me a informar ao profissional qualquer mudança na minha saúde ou nos medicamentos que uso.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ASSINATURAS</w:t>
      </w:r>
    </w:p>
    <w:p>
      <w:r>
        <w:t>Local e data: ______________________________, ____/____/________</w:t>
      </w:r>
    </w:p>
    <w:p/>
    <w:p>
      <w:r>
        <w:t>_________________________________________          _________________________________________</w:t>
      </w:r>
    </w:p>
    <w:p>
      <w:r>
        <w:t>Paciente (ou responsável legal)                                       Profissional responsável e nº no conselho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11C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anamnese para harmonização facial</dc:title>
  <dc:subject/>
  <dc:creator>Cliniu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